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Kit assembleia de obra: edital de AGE, ata de aprovação e procuração</w:t>
      </w:r>
    </w:p>
    <w:p>
      <w:r>
        <w:rPr>
          <w:i/>
        </w:rPr>
        <w:t>Modelo gratuito do SíndicoAI. Explicação completa: https://blog.sindicoai.com/modelos/kit-assembleia-de-obra/</w:t>
      </w:r>
    </w:p>
    <w:p>
      <w:r>
        <w:rPr>
          <w:b/>
        </w:rPr>
        <w:t>Antes de usar:</w:t>
      </w:r>
    </w:p>
    <w:p>
      <w:pPr>
        <w:pStyle w:val="ListBullet"/>
      </w:pPr>
      <w:r>
        <w:t>Confira na convenção a forma e a antecedência da convocação, o quórum e se a assembleia pode ser eletrônica.</w:t>
      </w:r>
    </w:p>
    <w:p>
      <w:pPr>
        <w:pStyle w:val="ListBullet"/>
      </w:pPr>
      <w:r>
        <w:t>Escreva na ordem do dia exatamente o que será votado: obra, empresa, valor, forma de pagamento.</w:t>
      </w:r>
    </w:p>
    <w:p>
      <w:pPr>
        <w:pStyle w:val="ListBullet"/>
      </w:pPr>
      <w:r>
        <w:t>Classifique a obra (necessária, útil, voluptuária, acréscimo) para saber o quórum.</w:t>
      </w:r>
    </w:p>
    <w:p>
      <w:pPr>
        <w:pStyle w:val="ListBullet"/>
      </w:pPr>
      <w:r>
        <w:t>Anexe à convocação as propostas comparadas e, se houver, o laudo técnico.</w:t>
      </w:r>
    </w:p>
    <w:p>
      <w:pPr>
        <w:pStyle w:val="ListBullet"/>
      </w:pPr>
      <w:r>
        <w:t>Na ata, registre votos, quórum atingido, valores, parcelas e quem paga.</w:t>
      </w:r>
    </w:p>
    <w:p>
      <w:pPr>
        <w:pStyle w:val="ListBullet"/>
      </w:pPr>
      <w:r>
        <w:t>Revise com sua assessoria jurídica se a obra for grande ou houver controvérsia.</w:t>
      </w:r>
    </w:p>
    <w:p>
      <w:r>
        <w:br w:type="page"/>
      </w:r>
    </w:p>
    <w:p>
      <w:pPr>
        <w:pStyle w:val="Heading2"/>
      </w:pPr>
      <w:r>
        <w:t>Edital de convocação de assembleia geral extraordinária</w:t>
      </w:r>
    </w:p>
    <w:p>
      <w:r>
        <w:t>CONDOMÍNIO [NOME] — CNPJ [número]</w:t>
      </w:r>
    </w:p>
    <w:p/>
    <w:p>
      <w:r>
        <w:t>EDITAL DE CONVOCAÇÃO — ASSEMBLEIA GERAL EXTRAORDINÁRIA</w:t>
      </w:r>
    </w:p>
    <w:p/>
    <w:p>
      <w:r>
        <w:t>O(A) síndico(a) do Condomínio [nome], no uso de suas atribuições, convoca</w:t>
      </w:r>
    </w:p>
    <w:p>
      <w:r>
        <w:t>os(as) senhores(as) condôminos(as) para a Assembleia Geral Extraordinária a</w:t>
      </w:r>
    </w:p>
    <w:p>
      <w:r>
        <w:t>ser realizada em [data], no(a) [local ou plataforma], em primeira convocação</w:t>
      </w:r>
    </w:p>
    <w:p>
      <w:r>
        <w:t>às [hora], com a presença mínima prevista na convenção, ou em segunda</w:t>
      </w:r>
    </w:p>
    <w:p>
      <w:r>
        <w:t>convocação às [hora], com qualquer número de presentes, para deliberar sobre</w:t>
      </w:r>
    </w:p>
    <w:p>
      <w:r>
        <w:t>a seguinte ORDEM DO DIA:</w:t>
      </w:r>
    </w:p>
    <w:p/>
    <w:p>
      <w:r>
        <w:t>1. Aprovação da obra de [descrição], conforme [laudo / projeto] anexo;</w:t>
      </w:r>
    </w:p>
    <w:p>
      <w:r>
        <w:t>2. Escolha da empresa executora entre as propostas anexas;</w:t>
      </w:r>
    </w:p>
    <w:p>
      <w:r>
        <w:t>3. Aprovação do valor total de R$ [valor] e da forma de custeio</w:t>
      </w:r>
    </w:p>
    <w:p>
      <w:r>
        <w:t xml:space="preserve">   ([fundo de reserva / rateio extraordinário em [número] parcelas / outro]);</w:t>
      </w:r>
    </w:p>
    <w:p>
      <w:r>
        <w:t>4. Autorização ao síndico para assinar o contrato e acompanhar a obra.</w:t>
      </w:r>
    </w:p>
    <w:p/>
    <w:p>
      <w:r>
        <w:t>Observações:</w:t>
      </w:r>
    </w:p>
    <w:p>
      <w:r>
        <w:t>- A obra se classifica como [necessária / útil / voluptuária / acréscimo],</w:t>
      </w:r>
    </w:p>
    <w:p>
      <w:r>
        <w:t xml:space="preserve">  e sua aprovação exige [quórum].</w:t>
      </w:r>
    </w:p>
    <w:p>
      <w:r>
        <w:t>- O condômino pode ser representado por procurador, com procuração escrita</w:t>
      </w:r>
    </w:p>
    <w:p>
      <w:r>
        <w:t xml:space="preserve">  [com firma reconhecida, se a convenção exigir].</w:t>
      </w:r>
    </w:p>
    <w:p>
      <w:r>
        <w:t>- Seguem anexos: propostas comparadas, [laudo], minuta do contrato.</w:t>
      </w:r>
    </w:p>
    <w:p/>
    <w:p>
      <w:r>
        <w:t>[Cidade], [data]</w:t>
      </w:r>
    </w:p>
    <w:p>
      <w:r>
        <w:t>[Nome] — Síndico(a)</w:t>
      </w:r>
    </w:p>
    <w:p>
      <w:r>
        <w:br w:type="page"/>
      </w:r>
    </w:p>
    <w:p>
      <w:pPr>
        <w:pStyle w:val="Heading2"/>
      </w:pPr>
      <w:r>
        <w:t>Ata de assembleia de aprovação de obra e rateio</w:t>
      </w:r>
    </w:p>
    <w:p>
      <w:r>
        <w:t>CONDOMÍNIO [NOME] — CNPJ [número]</w:t>
      </w:r>
    </w:p>
    <w:p/>
    <w:p>
      <w:r>
        <w:t>ATA DA ASSEMBLEIA GERAL EXTRAORDINÁRIA DE [data]</w:t>
      </w:r>
    </w:p>
    <w:p/>
    <w:p>
      <w:r>
        <w:t>Aos [dia] dias do mês de [mês] de [ano], às [hora], em [primeira / segunda]</w:t>
      </w:r>
    </w:p>
    <w:p>
      <w:r>
        <w:t>convocação, no(a) [local ou plataforma], reuniram-se os condôminos</w:t>
      </w:r>
    </w:p>
    <w:p>
      <w:r>
        <w:t>convocados por edital de [data], conforme lista de presença anexa, com</w:t>
      </w:r>
    </w:p>
    <w:p>
      <w:r>
        <w:t>[número] unidades presentes ou representadas, correspondentes a [fração</w:t>
      </w:r>
    </w:p>
    <w:p>
      <w:r>
        <w:t>ideal ou percentual].</w:t>
      </w:r>
    </w:p>
    <w:p/>
    <w:p>
      <w:r>
        <w:t>Presidiu a assembleia [nome], que convidou [nome] para secretariar.</w:t>
      </w:r>
    </w:p>
    <w:p/>
    <w:p>
      <w:r>
        <w:t>1. Aprovação da obra: após apresentação do [laudo / projeto] e das</w:t>
      </w:r>
    </w:p>
    <w:p>
      <w:r>
        <w:t>propostas, foi [aprovada / rejeitada] a obra de [descrição], classificada</w:t>
      </w:r>
    </w:p>
    <w:p>
      <w:r>
        <w:t>como [tipo], com [número] votos a favor, [número] contra e [número]</w:t>
      </w:r>
    </w:p>
    <w:p>
      <w:r>
        <w:t>abstenções, atingindo o quórum de [quórum exigido].</w:t>
      </w:r>
    </w:p>
    <w:p/>
    <w:p>
      <w:r>
        <w:t>2. Escolha da empresa: foi escolhida a empresa [nome], CNPJ [número], pelo</w:t>
      </w:r>
    </w:p>
    <w:p>
      <w:r>
        <w:t>valor de R$ [valor], pelos motivos [resumo].</w:t>
      </w:r>
    </w:p>
    <w:p/>
    <w:p>
      <w:r>
        <w:t>3. Custeio: aprovado o custeio por [fundo de reserva / rateio extraordinário</w:t>
      </w:r>
    </w:p>
    <w:p>
      <w:r>
        <w:t>de R$ [valor] em [número] parcelas mensais, com vencimento a partir de</w:t>
      </w:r>
    </w:p>
    <w:p>
      <w:r>
        <w:t>[data], rateado conforme [fração ideal / convenção]].</w:t>
      </w:r>
    </w:p>
    <w:p/>
    <w:p>
      <w:r>
        <w:t>4. Autorização: o(a) síndico(a) fica autorizado(a) a assinar o contrato e</w:t>
      </w:r>
    </w:p>
    <w:p>
      <w:r>
        <w:t>acompanhar a execução, prestando contas na próxima assembleia.</w:t>
      </w:r>
    </w:p>
    <w:p/>
    <w:p>
      <w:r>
        <w:t>Nada mais havendo, foi encerrada a assembleia, lavrando-se esta ata, que</w:t>
      </w:r>
    </w:p>
    <w:p>
      <w:r>
        <w:t>vai assinada pelo presidente e pelo secretário.</w:t>
      </w:r>
    </w:p>
    <w:p/>
    <w:p>
      <w:r>
        <w:t>[Cidade], [data]</w:t>
      </w:r>
    </w:p>
    <w:p>
      <w:r>
        <w:t>[Presidente]                [Secretário(a)]</w:t>
      </w:r>
    </w:p>
    <w:p>
      <w:r>
        <w:br w:type="page"/>
      </w:r>
    </w:p>
    <w:p>
      <w:pPr>
        <w:pStyle w:val="Heading2"/>
      </w:pPr>
      <w:r>
        <w:t>Procuração para assembleia</w:t>
      </w:r>
    </w:p>
    <w:p>
      <w:r>
        <w:t>PROCURAÇÃO</w:t>
      </w:r>
    </w:p>
    <w:p/>
    <w:p>
      <w:r>
        <w:t>Outorgante: [nome], [nacionalidade], [estado civil], [profissão],</w:t>
      </w:r>
    </w:p>
    <w:p>
      <w:r>
        <w:t>CPF [número], proprietário(a) da unidade [número] do Condomínio [nome].</w:t>
      </w:r>
    </w:p>
    <w:p/>
    <w:p>
      <w:r>
        <w:t>Outorgado(a): [nome], [qualificação], CPF [número].</w:t>
      </w:r>
    </w:p>
    <w:p/>
    <w:p>
      <w:r>
        <w:t>Poderes: representar o(a) outorgante na Assembleia Geral [Extraordinária]</w:t>
      </w:r>
    </w:p>
    <w:p>
      <w:r>
        <w:t>do Condomínio [nome] a ser realizada em [data], em primeira ou segunda</w:t>
      </w:r>
    </w:p>
    <w:p>
      <w:r>
        <w:t>convocação, podendo discutir e votar todos os itens da ordem do dia</w:t>
      </w:r>
    </w:p>
    <w:p>
      <w:r>
        <w:t>[ou: votar [a favor / contra] o item [número]], assinar a lista de presença</w:t>
      </w:r>
    </w:p>
    <w:p>
      <w:r>
        <w:t>e a ata.</w:t>
      </w:r>
    </w:p>
    <w:p/>
    <w:p>
      <w:r>
        <w:t>[Cidade], [data]</w:t>
      </w:r>
    </w:p>
    <w:p/>
    <w:p>
      <w:r>
        <w:t>________________________________</w:t>
      </w:r>
    </w:p>
    <w:p>
      <w:r>
        <w:t>[Nome do outorgante]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assembleia de obra: edital de AGE, ata de aprovação e procuração</dc:title>
  <dc:subject/>
  <dc:creator>SíndicoAI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