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contrato de prestação de serviço para condomínio</w:t>
      </w:r>
    </w:p>
    <w:p>
      <w:r>
        <w:rPr>
          <w:i/>
        </w:rPr>
        <w:t>Modelo gratuito do SíndicoAI. Explicação completa: https://blog.sindicoai.com/modelos/modelo-contrato-prestacao-de-servico/</w:t>
      </w:r>
    </w:p>
    <w:p>
      <w:r>
        <w:rPr>
          <w:b/>
        </w:rPr>
        <w:t>Antes de usar:</w:t>
      </w:r>
    </w:p>
    <w:p>
      <w:pPr>
        <w:pStyle w:val="ListBullet"/>
      </w:pPr>
      <w:r>
        <w:t>Anexe o escopo detalhado e a proposta escolhida; o contrato remete a eles.</w:t>
      </w:r>
    </w:p>
    <w:p>
      <w:pPr>
        <w:pStyle w:val="ListBullet"/>
      </w:pPr>
      <w:r>
        <w:t>Escolha entre serviço pontual e manutenção periódica e apague as cláusulas que não se aplicam.</w:t>
      </w:r>
    </w:p>
    <w:p>
      <w:pPr>
        <w:pStyle w:val="ListBullet"/>
      </w:pPr>
      <w:r>
        <w:t>Se a empresa coloca trabalhadores no prédio, mantenha as cláusulas de comprovação trabalhista.</w:t>
      </w:r>
    </w:p>
    <w:p>
      <w:pPr>
        <w:pStyle w:val="ListBullet"/>
      </w:pPr>
      <w:r>
        <w:t>Para obras, inclua responsável técnico, ART ou RRT, cronograma físico-financeiro e retenção.</w:t>
      </w:r>
    </w:p>
    <w:p>
      <w:pPr>
        <w:pStyle w:val="ListBullet"/>
      </w:pPr>
      <w:r>
        <w:t>Confira se a contratação depende de aprovação da assembleia, conforme o valor e a convenção.</w:t>
      </w:r>
    </w:p>
    <w:p>
      <w:pPr>
        <w:pStyle w:val="ListBullet"/>
      </w:pPr>
      <w:r>
        <w:t>Revise com sua assessoria jurídica antes de assinar.</w:t>
      </w:r>
    </w:p>
    <w:p>
      <w:r>
        <w:br w:type="page"/>
      </w:r>
    </w:p>
    <w:p>
      <w:pPr>
        <w:pStyle w:val="Heading2"/>
      </w:pPr>
      <w:r>
        <w:t>Contrato de prestação de serviço</w:t>
      </w:r>
    </w:p>
    <w:p>
      <w:r>
        <w:t>CONTRATO DE PRESTAÇÃO DE SERVIÇO</w:t>
      </w:r>
    </w:p>
    <w:p/>
    <w:p>
      <w:r>
        <w:t>CONTRATANTE: Condomínio [nome], CNPJ [número], com sede em [endereço],</w:t>
      </w:r>
    </w:p>
    <w:p>
      <w:r>
        <w:t>representado por seu(sua) síndico(a) [nome], CPF [número].</w:t>
      </w:r>
    </w:p>
    <w:p/>
    <w:p>
      <w:r>
        <w:t>CONTRATADA: [razão social], CNPJ [número], com sede em [endereço],</w:t>
      </w:r>
    </w:p>
    <w:p>
      <w:r>
        <w:t>representada por [nome], CPF [número].</w:t>
      </w:r>
    </w:p>
    <w:p/>
    <w:p>
      <w:r>
        <w:t>CLÁUSULA 1 — OBJETO</w:t>
      </w:r>
    </w:p>
    <w:p>
      <w:r>
        <w:t>A CONTRATADA prestará ao CONTRATANTE o serviço de [descrição], conforme</w:t>
      </w:r>
    </w:p>
    <w:p>
      <w:r>
        <w:t>escopo e proposta anexos, que fazem parte deste contrato.</w:t>
      </w:r>
    </w:p>
    <w:p/>
    <w:p>
      <w:r>
        <w:t>CLÁUSULA 2 — PRAZO E ATENDIMENTO</w:t>
      </w:r>
    </w:p>
    <w:p>
      <w:r>
        <w:t>2.1 [Serviço pontual: execução entre [data] e [data].]</w:t>
      </w:r>
    </w:p>
    <w:p>
      <w:r>
        <w:t xml:space="preserve">    [Serviço periódico: vigência de [número] meses a partir de [data], com</w:t>
      </w:r>
    </w:p>
    <w:p>
      <w:r>
        <w:t xml:space="preserve">    visitas [frequência] e relatório de cada visita.]</w:t>
      </w:r>
    </w:p>
    <w:p>
      <w:r>
        <w:t>2.2 Chamados emergenciais serão atendidos em até [número] horas, inclusive</w:t>
      </w:r>
    </w:p>
    <w:p>
      <w:r>
        <w:t xml:space="preserve">    à noite e em fins de semana.</w:t>
      </w:r>
    </w:p>
    <w:p/>
    <w:p>
      <w:r>
        <w:t>CLÁUSULA 3 — PREÇO E PAGAMENTO</w:t>
      </w:r>
    </w:p>
    <w:p>
      <w:r>
        <w:t>3.1 Valor: R$ [valor] [total / mensal].</w:t>
      </w:r>
    </w:p>
    <w:p>
      <w:r>
        <w:t>3.2 Pagamento: [por etapa concluída / mensal], mediante nota fiscal e</w:t>
      </w:r>
    </w:p>
    <w:p>
      <w:r>
        <w:t xml:space="preserve">    relatório do serviço.</w:t>
      </w:r>
    </w:p>
    <w:p>
      <w:r>
        <w:t>3.3 Reajuste: [índice] a cada [período].</w:t>
      </w:r>
    </w:p>
    <w:p/>
    <w:p>
      <w:r>
        <w:t>CLÁUSULA 4 — DOCUMENTOS</w:t>
      </w:r>
    </w:p>
    <w:p>
      <w:r>
        <w:t>A CONTRATADA declara possuir e manterá válidos [licenças, registros,</w:t>
      </w:r>
    </w:p>
    <w:p>
      <w:r>
        <w:t>responsável técnico], e entregará [ART / RRT / certificado / laudo] ao fim</w:t>
      </w:r>
    </w:p>
    <w:p>
      <w:r>
        <w:t>do serviço.</w:t>
      </w:r>
    </w:p>
    <w:p/>
    <w:p>
      <w:r>
        <w:t>CLÁUSULA 5 — TRABALHADORES</w:t>
      </w:r>
    </w:p>
    <w:p>
      <w:r>
        <w:t>5.1 A CONTRATADA é a única empregadora dos trabalhadores que executam o</w:t>
      </w:r>
    </w:p>
    <w:p>
      <w:r>
        <w:t xml:space="preserve">    serviço e responde por todos os encargos trabalhistas e previdenciários.</w:t>
      </w:r>
    </w:p>
    <w:p>
      <w:r>
        <w:t>5.2 Quando houver trabalhadores alocados no condomínio, a CONTRATADA</w:t>
      </w:r>
    </w:p>
    <w:p>
      <w:r>
        <w:t xml:space="preserve">    entregará mensalmente comprovantes de pagamento de salários, FGTS e</w:t>
      </w:r>
    </w:p>
    <w:p>
      <w:r>
        <w:t xml:space="preserve">    contribuições previdenciárias desses trabalhadores.</w:t>
      </w:r>
    </w:p>
    <w:p>
      <w:r>
        <w:t>5.3 O CONTRATANTE poderá reter pagamentos enquanto os comprovantes não forem</w:t>
      </w:r>
    </w:p>
    <w:p>
      <w:r>
        <w:t xml:space="preserve">    entregues.</w:t>
      </w:r>
    </w:p>
    <w:p/>
    <w:p>
      <w:r>
        <w:t>CLÁUSULA 6 — SEGURANÇA</w:t>
      </w:r>
    </w:p>
    <w:p>
      <w:r>
        <w:t>A CONTRATADA fornecerá equipamentos de proteção e cumprirá as normas de</w:t>
      </w:r>
    </w:p>
    <w:p>
      <w:r>
        <w:t>segurança, inclusive a NR-35 em trabalho em altura, e isolará e sinalizará as</w:t>
      </w:r>
    </w:p>
    <w:p>
      <w:r>
        <w:t>áreas de serviço.</w:t>
      </w:r>
    </w:p>
    <w:p/>
    <w:p>
      <w:r>
        <w:t>CLÁUSULA 7 — GARANTIA</w:t>
      </w:r>
    </w:p>
    <w:p>
      <w:r>
        <w:t>A CONTRATADA garante o serviço por [prazo], cobrindo [o que cobre],</w:t>
      </w:r>
    </w:p>
    <w:p>
      <w:r>
        <w:t>comprometendo-se a refazer, sem custo, o que apresentar defeito no período.</w:t>
      </w:r>
    </w:p>
    <w:p/>
    <w:p>
      <w:r>
        <w:t>CLÁUSULA 8 — DANOS</w:t>
      </w:r>
    </w:p>
    <w:p>
      <w:r>
        <w:t>A CONTRATADA responde por danos causados ao condomínio, aos condôminos ou a</w:t>
      </w:r>
    </w:p>
    <w:p>
      <w:r>
        <w:t>terceiros na execução do serviço, e manterá [seguro de responsabilidade</w:t>
      </w:r>
    </w:p>
    <w:p>
      <w:r>
        <w:t>civil, se aplicável].</w:t>
      </w:r>
    </w:p>
    <w:p/>
    <w:p>
      <w:r>
        <w:t>CLÁUSULA 9 — MULTA E RESCISÃO</w:t>
      </w:r>
    </w:p>
    <w:p>
      <w:r>
        <w:t>9.1 Atraso ou descumprimento: multa de [percentual] sobre o valor</w:t>
      </w:r>
    </w:p>
    <w:p>
      <w:r>
        <w:t xml:space="preserve">    [mensal / total], sem prejuízo de perdas e danos.</w:t>
      </w:r>
    </w:p>
    <w:p>
      <w:r>
        <w:t>9.2 Qualquer parte pode rescindir com aviso prévio de [número] dias.</w:t>
      </w:r>
    </w:p>
    <w:p>
      <w:r>
        <w:t>9.3 O descumprimento grave autoriza rescisão imediata.</w:t>
      </w:r>
    </w:p>
    <w:p/>
    <w:p>
      <w:r>
        <w:t>CLÁUSULA 10 — FORO</w:t>
      </w:r>
    </w:p>
    <w:p>
      <w:r>
        <w:t>Fica eleito o foro da comarca de [cidade].</w:t>
      </w:r>
    </w:p>
    <w:p/>
    <w:p>
      <w:r>
        <w:t>[Cidade], [data]</w:t>
      </w:r>
    </w:p>
    <w:p/>
    <w:p>
      <w:r>
        <w:t>________________________        ________________________</w:t>
      </w:r>
    </w:p>
    <w:p>
      <w:r>
        <w:t>CONTRATANTE                     CONTRATADA</w:t>
      </w:r>
    </w:p>
    <w:p/>
    <w:p>
      <w:r>
        <w:t>Testemunhas:</w:t>
      </w:r>
    </w:p>
    <w:p>
      <w:r>
        <w:t>1. ______________________       2.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prestação de serviço para condomínio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