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Modelo de defesa contra multa do condomínio</w:t>
      </w:r>
    </w:p>
    <w:p>
      <w:r>
        <w:rPr>
          <w:i/>
        </w:rPr>
        <w:t>Modelo gratuito do SíndicoAI. Explicação completa: https://blog.sindicoai.com/modelos/modelo-defesa-multa-condominial/</w:t>
      </w:r>
    </w:p>
    <w:p>
      <w:r>
        <w:rPr>
          <w:b/>
        </w:rPr>
        <w:t>Antes de usar:</w:t>
      </w:r>
    </w:p>
    <w:p>
      <w:pPr>
        <w:pStyle w:val="ListBullet"/>
      </w:pPr>
      <w:r>
        <w:t>Leia a convenção e o regimento: veja se a regra existe, qual a sanção prevista e qual o rito de defesa e recurso.</w:t>
      </w:r>
    </w:p>
    <w:p>
      <w:pPr>
        <w:pStyle w:val="ListBullet"/>
      </w:pPr>
      <w:r>
        <w:t>Responda dentro do prazo indicado na notificação ou na convenção.</w:t>
      </w:r>
    </w:p>
    <w:p>
      <w:pPr>
        <w:pStyle w:val="ListBullet"/>
      </w:pPr>
      <w:r>
        <w:t>Descreva os fatos com datas e junte provas: fotos, mensagens, testemunhas, laudos.</w:t>
      </w:r>
    </w:p>
    <w:p>
      <w:pPr>
        <w:pStyle w:val="ListBullet"/>
      </w:pPr>
      <w:r>
        <w:t>Mantenha o tom objetivo; a defesa será lida pelo síndico, pelo conselho ou pela assembleia.</w:t>
      </w:r>
    </w:p>
    <w:p>
      <w:pPr>
        <w:pStyle w:val="ListBullet"/>
      </w:pPr>
      <w:r>
        <w:t>Revise com sua assessoria jurídica se o valor for alto ou houver risco de cobrança judicial.</w:t>
      </w:r>
    </w:p>
    <w:p>
      <w:r>
        <w:br w:type="page"/>
      </w:r>
    </w:p>
    <w:p>
      <w:pPr>
        <w:pStyle w:val="Heading2"/>
      </w:pPr>
      <w:r>
        <w:t>Defesa contra multa condominial</w:t>
      </w:r>
    </w:p>
    <w:p>
      <w:r>
        <w:t>[Cidade], [data]</w:t>
      </w:r>
    </w:p>
    <w:p/>
    <w:p>
      <w:r>
        <w:t>Ao(À) Síndico(a) do Condomínio [nome]</w:t>
      </w:r>
    </w:p>
    <w:p>
      <w:r>
        <w:t>[Com cópia ao Conselho, se houver]</w:t>
      </w:r>
    </w:p>
    <w:p/>
    <w:p>
      <w:r>
        <w:t>Assunto: Defesa / recurso contra a multa aplicada à unidade [número]</w:t>
      </w:r>
    </w:p>
    <w:p>
      <w:r>
        <w:t>Referência: [notificação nº / data / boleto]</w:t>
      </w:r>
    </w:p>
    <w:p/>
    <w:p>
      <w:r>
        <w:t>Eu, [nome], [proprietário(a) / inquilino(a)] da unidade [número], apresento</w:t>
      </w:r>
    </w:p>
    <w:p>
      <w:r>
        <w:t>defesa contra a multa de R$ [valor] referente a [fato descrito na</w:t>
      </w:r>
    </w:p>
    <w:p>
      <w:r>
        <w:t>notificação], pelos motivos abaixo.</w:t>
      </w:r>
    </w:p>
    <w:p/>
    <w:p>
      <w:r>
        <w:t>1. Sobre os fatos</w:t>
      </w:r>
    </w:p>
    <w:p>
      <w:r>
        <w:t>[Descreva o que aconteceu, com datas e horários. Se o fato não ocorreu ou</w:t>
      </w:r>
    </w:p>
    <w:p>
      <w:r>
        <w:t>ocorreu de outra forma, explique.]</w:t>
      </w:r>
    </w:p>
    <w:p/>
    <w:p>
      <w:r>
        <w:t>2. Sobre a regra aplicada</w:t>
      </w:r>
    </w:p>
    <w:p>
      <w:r>
        <w:t>[Indique se a cláusula citada existe, se se aplica ao caso e o que ela diz.]</w:t>
      </w:r>
    </w:p>
    <w:p/>
    <w:p>
      <w:r>
        <w:t>3. Sobre o procedimento</w:t>
      </w:r>
    </w:p>
    <w:p>
      <w:r>
        <w:t>[Informe se houve advertência ou prazo de defesa quando a convenção exige,</w:t>
      </w:r>
    </w:p>
    <w:p>
      <w:r>
        <w:t>e se a notificação foi recebida.]</w:t>
      </w:r>
    </w:p>
    <w:p/>
    <w:p>
      <w:r>
        <w:t>4. Sobre o valor</w:t>
      </w:r>
    </w:p>
    <w:p>
      <w:r>
        <w:t>[Informe se o valor segue a convenção e o limite legal.]</w:t>
      </w:r>
    </w:p>
    <w:p/>
    <w:p>
      <w:r>
        <w:t>Documentos anexos: [fotos, mensagens, declarações, laudos].</w:t>
      </w:r>
    </w:p>
    <w:p/>
    <w:p>
      <w:r>
        <w:t>Diante disso, peço [o cancelamento da multa / a conversão em advertência /</w:t>
      </w:r>
    </w:p>
    <w:p>
      <w:r>
        <w:t>a revisão do valor] e, se a convenção permitir, que o recurso seja levado ao</w:t>
      </w:r>
    </w:p>
    <w:p>
      <w:r>
        <w:t>[conselho / assembleia].</w:t>
      </w:r>
    </w:p>
    <w:p/>
    <w:p>
      <w:r>
        <w:t>Atenciosamente,</w:t>
      </w:r>
    </w:p>
    <w:p>
      <w:r>
        <w:t>[Nome] — Unidade [número]</w:t>
      </w:r>
    </w:p>
    <w:p>
      <w:r>
        <w:t>[Contato]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defesa contra multa do condomínio</dc:title>
  <dc:subject/>
  <dc:creator>SíndicoAI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