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Modelos de comunicado de obra, dedetização, falta de água e manutenção</w:t>
      </w:r>
    </w:p>
    <w:p>
      <w:r>
        <w:rPr>
          <w:i/>
        </w:rPr>
        <w:t>Modelo gratuito do SíndicoAI. Explicação completa: https://blog.sindicoai.com/modelos/modelos-comunicados-de-servico/</w:t>
      </w:r>
    </w:p>
    <w:p>
      <w:r>
        <w:rPr>
          <w:b/>
        </w:rPr>
        <w:t>Antes de usar:</w:t>
      </w:r>
    </w:p>
    <w:p>
      <w:pPr>
        <w:pStyle w:val="ListBullet"/>
      </w:pPr>
      <w:r>
        <w:t>Substitua os campos entre colchetes por datas, horários e locais reais.</w:t>
      </w:r>
    </w:p>
    <w:p>
      <w:pPr>
        <w:pStyle w:val="ListBullet"/>
      </w:pPr>
      <w:r>
        <w:t>Confira com a empresa contratada as orientações de segurança antes de publicar.</w:t>
      </w:r>
    </w:p>
    <w:p>
      <w:pPr>
        <w:pStyle w:val="ListBullet"/>
      </w:pPr>
      <w:r>
        <w:t>Use a versão longa no mural e a curta no WhatsApp ou no aplicativo.</w:t>
      </w:r>
    </w:p>
    <w:p>
      <w:pPr>
        <w:pStyle w:val="ListBullet"/>
      </w:pPr>
      <w:r>
        <w:t>Publique com antecedência e repita no dia anterior.</w:t>
      </w:r>
    </w:p>
    <w:p>
      <w:pPr>
        <w:pStyle w:val="ListBullet"/>
      </w:pPr>
      <w:r>
        <w:t>Para convocação de assembleia, siga a forma prevista na convenção; o comunicado não substitui o edital.</w:t>
      </w:r>
    </w:p>
    <w:p>
      <w:r>
        <w:br w:type="page"/>
      </w:r>
    </w:p>
    <w:p>
      <w:pPr>
        <w:pStyle w:val="Heading2"/>
      </w:pPr>
      <w:r>
        <w:t>Comunicado de obra em área comum</w:t>
      </w:r>
    </w:p>
    <w:p>
      <w:r>
        <w:t>COMUNICADO — OBRA EM ÁREA COMUM</w:t>
      </w:r>
    </w:p>
    <w:p/>
    <w:p>
      <w:r>
        <w:t>Prezados moradores,</w:t>
      </w:r>
    </w:p>
    <w:p/>
    <w:p>
      <w:r>
        <w:t>Informamos que, entre [data] e [data], das [hora] às [hora], será realizada</w:t>
      </w:r>
    </w:p>
    <w:p>
      <w:r>
        <w:t>[descrição da obra] no(a) [local], pela empresa [nome].</w:t>
      </w:r>
    </w:p>
    <w:p/>
    <w:p>
      <w:r>
        <w:t>Durante a obra:</w:t>
      </w:r>
    </w:p>
    <w:p>
      <w:r>
        <w:t>- [o acesso ao local estará restrito / o elevador de serviço será usado</w:t>
      </w:r>
    </w:p>
    <w:p>
      <w:r>
        <w:t xml:space="preserve">  para materiais];</w:t>
      </w:r>
    </w:p>
    <w:p>
      <w:r>
        <w:t>- poderá haver ruído no horário informado;</w:t>
      </w:r>
    </w:p>
    <w:p>
      <w:r>
        <w:t>- pedimos atenção a crianças e animais perto da área isolada.</w:t>
      </w:r>
    </w:p>
    <w:p/>
    <w:p>
      <w:r>
        <w:t>Dúvidas: [contato da administração].</w:t>
      </w:r>
    </w:p>
    <w:p/>
    <w:p>
      <w:r>
        <w:t>[Cidade], [data] — A Administração</w:t>
      </w:r>
    </w:p>
    <w:p/>
    <w:p>
      <w:r>
        <w:t>Versão curta: Obra em [local] de [data] a [data], das [hora] às [hora].</w:t>
      </w:r>
    </w:p>
    <w:p>
      <w:r>
        <w:t>Área isolada e possível ruído. Dúvidas: [contato].</w:t>
      </w:r>
    </w:p>
    <w:p>
      <w:r>
        <w:br w:type="page"/>
      </w:r>
    </w:p>
    <w:p>
      <w:pPr>
        <w:pStyle w:val="Heading2"/>
      </w:pPr>
      <w:r>
        <w:t>Comunicado de dedetização</w:t>
      </w:r>
    </w:p>
    <w:p>
      <w:r>
        <w:t>COMUNICADO — DEDETIZAÇÃO DAS ÁREAS COMUNS</w:t>
      </w:r>
    </w:p>
    <w:p/>
    <w:p>
      <w:r>
        <w:t>Prezados moradores,</w:t>
      </w:r>
    </w:p>
    <w:p/>
    <w:p>
      <w:r>
        <w:t>No dia [data], a partir das [hora], a empresa [nome] fará o controle de</w:t>
      </w:r>
    </w:p>
    <w:p>
      <w:r>
        <w:t>pragas nas áreas comuns: [garagem, casa de lixo, ralos, jardins].</w:t>
      </w:r>
    </w:p>
    <w:p/>
    <w:p>
      <w:r>
        <w:t>Orientações:</w:t>
      </w:r>
    </w:p>
    <w:p>
      <w:r>
        <w:t>- mantenha crianças e animais longe das áreas tratadas por [tempo indicado</w:t>
      </w:r>
    </w:p>
    <w:p>
      <w:r>
        <w:t xml:space="preserve">  pela empresa];</w:t>
      </w:r>
    </w:p>
    <w:p>
      <w:r>
        <w:t>- feche os ralos da sua unidade, se a empresa recomendar;</w:t>
      </w:r>
    </w:p>
    <w:p>
      <w:r>
        <w:t>- em caso de mal-estar, procure atendimento e informe a administração.</w:t>
      </w:r>
    </w:p>
    <w:p/>
    <w:p>
      <w:r>
        <w:t>O comprovante do serviço ficará disponível na administração.</w:t>
      </w:r>
    </w:p>
    <w:p/>
    <w:p>
      <w:r>
        <w:t>[Cidade], [data] — A Administração</w:t>
      </w:r>
    </w:p>
    <w:p/>
    <w:p>
      <w:r>
        <w:t>Versão curta: Dedetização das áreas comuns em [data], a partir das [hora].</w:t>
      </w:r>
    </w:p>
    <w:p>
      <w:r>
        <w:t>Afaste crianças e animais por [tempo]. Dúvidas: [contato].</w:t>
      </w:r>
    </w:p>
    <w:p>
      <w:r>
        <w:br w:type="page"/>
      </w:r>
    </w:p>
    <w:p>
      <w:pPr>
        <w:pStyle w:val="Heading2"/>
      </w:pPr>
      <w:r>
        <w:t>Comunicado de falta de água</w:t>
      </w:r>
    </w:p>
    <w:p>
      <w:r>
        <w:t>COMUNICADO — INTERRUPÇÃO NO FORNECIMENTO DE ÁGUA</w:t>
      </w:r>
    </w:p>
    <w:p/>
    <w:p>
      <w:r>
        <w:t>Prezados moradores,</w:t>
      </w:r>
    </w:p>
    <w:p/>
    <w:p>
      <w:r>
        <w:t>No dia [data], das [hora] às [hora] (previsão), o fornecimento de água</w:t>
      </w:r>
    </w:p>
    <w:p>
      <w:r>
        <w:t>será interrompido [em todo o prédio / no bloco [número]] para</w:t>
      </w:r>
    </w:p>
    <w:p>
      <w:r>
        <w:t>[limpeza dos reservatórios / reparo na tubulação].</w:t>
      </w:r>
    </w:p>
    <w:p/>
    <w:p>
      <w:r>
        <w:t>Recomendamos reservar água para o período. Ao retornar, deixe a torneira</w:t>
      </w:r>
    </w:p>
    <w:p>
      <w:r>
        <w:t>aberta alguns minutos se a água vier turva e avise a administração se a</w:t>
      </w:r>
    </w:p>
    <w:p>
      <w:r>
        <w:t>situação persistir.</w:t>
      </w:r>
    </w:p>
    <w:p/>
    <w:p>
      <w:r>
        <w:t>[Cidade], [data] — A Administração</w:t>
      </w:r>
    </w:p>
    <w:p/>
    <w:p>
      <w:r>
        <w:t>Versão curta: Sem água em [data], das [hora] às [hora], por [motivo].</w:t>
      </w:r>
    </w:p>
    <w:p>
      <w:r>
        <w:t>Reserve água. Dúvidas: [contato].</w:t>
      </w:r>
    </w:p>
    <w:p>
      <w:r>
        <w:br w:type="page"/>
      </w:r>
    </w:p>
    <w:p>
      <w:pPr>
        <w:pStyle w:val="Heading2"/>
      </w:pPr>
      <w:r>
        <w:t>Comunicado de manutenção de elevador</w:t>
      </w:r>
    </w:p>
    <w:p>
      <w:r>
        <w:t>COMUNICADO — MANUTENÇÃO DO ELEVADOR</w:t>
      </w:r>
    </w:p>
    <w:p/>
    <w:p>
      <w:r>
        <w:t>Prezados moradores,</w:t>
      </w:r>
    </w:p>
    <w:p/>
    <w:p>
      <w:r>
        <w:t>No dia [data], das [hora] às [hora], o elevador [social / de serviço] do</w:t>
      </w:r>
    </w:p>
    <w:p>
      <w:r>
        <w:t>[bloco] ficará parado para manutenção pela empresa [nome].</w:t>
      </w:r>
    </w:p>
    <w:p/>
    <w:p>
      <w:r>
        <w:t>Pedimos que programem mudanças e entregas para outro horário.</w:t>
      </w:r>
    </w:p>
    <w:p>
      <w:r>
        <w:t>Moradores com mobilidade reduzida podem procurar a portaria para apoio.</w:t>
      </w:r>
    </w:p>
    <w:p/>
    <w:p>
      <w:r>
        <w:t>[Cidade], [data] — A Administração</w:t>
      </w:r>
    </w:p>
    <w:p/>
    <w:p>
      <w:r>
        <w:t>Versão curta: Elevador [identificação] parado em [data], das [hora] às</w:t>
      </w:r>
    </w:p>
    <w:p>
      <w:r>
        <w:t>[hora], para manutenção.</w:t>
      </w:r>
    </w:p>
    <w:p>
      <w:r>
        <w:br w:type="page"/>
      </w:r>
    </w:p>
    <w:p>
      <w:pPr>
        <w:pStyle w:val="Heading2"/>
      </w:pPr>
      <w:r>
        <w:t>Aviso de assembleia</w:t>
      </w:r>
    </w:p>
    <w:p>
      <w:r>
        <w:t>AVISO — ASSEMBLEIA</w:t>
      </w:r>
    </w:p>
    <w:p/>
    <w:p>
      <w:r>
        <w:t>Prezados moradores,</w:t>
      </w:r>
    </w:p>
    <w:p/>
    <w:p>
      <w:r>
        <w:t>Lembramos que no dia [data], às [hora], será realizada a Assembleia</w:t>
      </w:r>
    </w:p>
    <w:p>
      <w:r>
        <w:t>[Ordinária / Extraordinária] no(a) [local ou plataforma], conforme edital</w:t>
      </w:r>
    </w:p>
    <w:p>
      <w:r>
        <w:t>de convocação enviado em [data].</w:t>
      </w:r>
    </w:p>
    <w:p/>
    <w:p>
      <w:r>
        <w:t>Pauta resumida: [itens].</w:t>
      </w:r>
    </w:p>
    <w:p/>
    <w:p>
      <w:r>
        <w:t>Quem não puder comparecer pode ser representado por procuração, conforme a</w:t>
      </w:r>
    </w:p>
    <w:p>
      <w:r>
        <w:t>convenção.</w:t>
      </w:r>
    </w:p>
    <w:p/>
    <w:p>
      <w:r>
        <w:t>[Cidade], [data] — A Administração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comunicado de obra, dedetização, falta de água e manutenção</dc:title>
  <dc:subject/>
  <dc:creator>SíndicoAI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