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ordem de serviço para condomínio</w:t>
      </w:r>
    </w:p>
    <w:p>
      <w:r>
        <w:rPr>
          <w:i/>
        </w:rPr>
        <w:t>Modelo gratuito do SíndicoAI. Explicação completa: https://blog.sindicoai.com/modelos/ordem-de-servico-condominio/</w:t>
      </w:r>
    </w:p>
    <w:p>
      <w:r>
        <w:rPr>
          <w:b/>
        </w:rPr>
        <w:t>Antes de usar:</w:t>
      </w:r>
    </w:p>
    <w:p>
      <w:pPr>
        <w:pStyle w:val="ListBullet"/>
      </w:pPr>
      <w:r>
        <w:t>Numere as ordens de serviço em sequência.</w:t>
      </w:r>
    </w:p>
    <w:p>
      <w:pPr>
        <w:pStyle w:val="ListBullet"/>
      </w:pPr>
      <w:r>
        <w:t>Descreva o problema como foi encontrado, com local e fotos.</w:t>
      </w:r>
    </w:p>
    <w:p>
      <w:pPr>
        <w:pStyle w:val="ListBullet"/>
      </w:pPr>
      <w:r>
        <w:t>Registre horários de chamado, chegada e conclusão para medir o prazo do contrato.</w:t>
      </w:r>
    </w:p>
    <w:p>
      <w:pPr>
        <w:pStyle w:val="ListBullet"/>
      </w:pPr>
      <w:r>
        <w:t>Peça a assinatura do técnico e de quem acompanhou pelo condomínio.</w:t>
      </w:r>
    </w:p>
    <w:p>
      <w:r>
        <w:br w:type="page"/>
      </w:r>
    </w:p>
    <w:p>
      <w:pPr>
        <w:pStyle w:val="Heading2"/>
      </w:pPr>
      <w:r>
        <w:t>Ordem de serviço</w:t>
      </w:r>
    </w:p>
    <w:p>
      <w:r>
        <w:t>ORDEM DE SERVIÇO Nº [número]</w:t>
      </w:r>
    </w:p>
    <w:p/>
    <w:p>
      <w:r>
        <w:t>Condomínio: [nome]</w:t>
      </w:r>
    </w:p>
    <w:p>
      <w:r>
        <w:t>Fornecedor: [razão social]        Contrato: [número / data]</w:t>
      </w:r>
    </w:p>
    <w:p/>
    <w:p>
      <w:r>
        <w:t>Abertura</w:t>
      </w:r>
    </w:p>
    <w:p>
      <w:r>
        <w:t>Data e hora do chamado: [data] [hora]</w:t>
      </w:r>
    </w:p>
    <w:p>
      <w:r>
        <w:t>Solicitado por: [nome]</w:t>
      </w:r>
    </w:p>
    <w:p>
      <w:r>
        <w:t>Local: [bloco, andar, área]</w:t>
      </w:r>
    </w:p>
    <w:p>
      <w:r>
        <w:t>Equipamento: [identificação]</w:t>
      </w:r>
    </w:p>
    <w:p>
      <w:r>
        <w:t>Problema relatado: [descrição]</w:t>
      </w:r>
    </w:p>
    <w:p>
      <w:r>
        <w:t>Prioridade: [ ] emergência  [ ] normal  [ ] preventiva</w:t>
      </w:r>
    </w:p>
    <w:p/>
    <w:p>
      <w:r>
        <w:t>Execução</w:t>
      </w:r>
    </w:p>
    <w:p>
      <w:r>
        <w:t>Data e hora da chegada: [data] [hora]</w:t>
      </w:r>
    </w:p>
    <w:p>
      <w:r>
        <w:t>Técnico: [nome]</w:t>
      </w:r>
    </w:p>
    <w:p>
      <w:r>
        <w:t>Diagnóstico: [descrição]</w:t>
      </w:r>
    </w:p>
    <w:p>
      <w:r>
        <w:t>Serviço executado: [descrição]</w:t>
      </w:r>
    </w:p>
    <w:p>
      <w:r>
        <w:t>Materiais e peças: [lista, com quantidades]</w:t>
      </w:r>
    </w:p>
    <w:p>
      <w:r>
        <w:t>Data e hora da conclusão: [data] [hora]</w:t>
      </w:r>
    </w:p>
    <w:p/>
    <w:p>
      <w:r>
        <w:t>Conferência</w:t>
      </w:r>
    </w:p>
    <w:p>
      <w:r>
        <w:t>[ ] Serviço concluído        [ ] Pendente: [o que falta]</w:t>
      </w:r>
    </w:p>
    <w:p>
      <w:r>
        <w:t>Observações: [observações]</w:t>
      </w:r>
    </w:p>
    <w:p/>
    <w:p>
      <w:r>
        <w:t>________________________        ________________________</w:t>
      </w:r>
    </w:p>
    <w:p>
      <w:r>
        <w:t>Técnico                          Pelo condomínio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ordem de serviço para condomínio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