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Termo de recebimento de serviço ou obra no condomínio</w:t>
      </w:r>
    </w:p>
    <w:p>
      <w:r>
        <w:rPr>
          <w:i/>
        </w:rPr>
        <w:t>Modelo gratuito do SíndicoAI. Explicação completa: https://blog.sindicoai.com/modelos/termo-de-recebimento-de-servico/</w:t>
      </w:r>
    </w:p>
    <w:p>
      <w:r>
        <w:rPr>
          <w:b/>
        </w:rPr>
        <w:t>Antes de usar:</w:t>
      </w:r>
    </w:p>
    <w:p>
      <w:pPr>
        <w:pStyle w:val="ListBullet"/>
      </w:pPr>
      <w:r>
        <w:t>Faça a vistoria com o fiscal ou o responsável técnico antes de assinar.</w:t>
      </w:r>
    </w:p>
    <w:p>
      <w:pPr>
        <w:pStyle w:val="ListBullet"/>
      </w:pPr>
      <w:r>
        <w:t>Liste as pendências com prazo; use o recebimento provisório se houver pendências.</w:t>
      </w:r>
    </w:p>
    <w:p>
      <w:pPr>
        <w:pStyle w:val="ListBullet"/>
      </w:pPr>
      <w:r>
        <w:t>Confira se todos os documentos foram entregues (ART, laudos, notas, manuais, garantias).</w:t>
      </w:r>
    </w:p>
    <w:p>
      <w:pPr>
        <w:pStyle w:val="ListBullet"/>
      </w:pPr>
      <w:r>
        <w:t>Não assine recebimento definitivo enquanto houver pendência relevante.</w:t>
      </w:r>
    </w:p>
    <w:p>
      <w:pPr>
        <w:pStyle w:val="ListBullet"/>
      </w:pPr>
      <w:r>
        <w:t>Revise com sua assessoria jurídica em obras grandes.</w:t>
      </w:r>
    </w:p>
    <w:p>
      <w:r>
        <w:br w:type="page"/>
      </w:r>
    </w:p>
    <w:p>
      <w:pPr>
        <w:pStyle w:val="Heading2"/>
      </w:pPr>
      <w:r>
        <w:t>Termo de recebimento de serviço ou obra</w:t>
      </w:r>
    </w:p>
    <w:p>
      <w:r>
        <w:t>TERMO DE RECEBIMENTO [PROVISÓRIO / DEFINITIVO]</w:t>
      </w:r>
    </w:p>
    <w:p/>
    <w:p>
      <w:r>
        <w:t>Condomínio: [nome], CNPJ [número]</w:t>
      </w:r>
    </w:p>
    <w:p>
      <w:r>
        <w:t>Contratada: [razão social], CNPJ [número]</w:t>
      </w:r>
    </w:p>
    <w:p>
      <w:r>
        <w:t>Contrato / proposta: [número ou data]</w:t>
      </w:r>
    </w:p>
    <w:p>
      <w:r>
        <w:t>Serviço / obra: [descrição]</w:t>
      </w:r>
    </w:p>
    <w:p>
      <w:r>
        <w:t>Período de execução: [data de início] a [data de conclusão]</w:t>
      </w:r>
    </w:p>
    <w:p/>
    <w:p>
      <w:r>
        <w:t>1. Vistoria</w:t>
      </w:r>
    </w:p>
    <w:p>
      <w:r>
        <w:t>Em [data], [nome do síndico, fiscal ou responsável técnico] e [representante</w:t>
      </w:r>
    </w:p>
    <w:p>
      <w:r>
        <w:t>da contratada] vistoriaram o serviço/obra.</w:t>
      </w:r>
    </w:p>
    <w:p/>
    <w:p>
      <w:r>
        <w:t>2. Resultado</w:t>
      </w:r>
    </w:p>
    <w:p>
      <w:r>
        <w:t>[ ] Executado conforme contrato, escopo e normas técnicas.</w:t>
      </w:r>
    </w:p>
    <w:p>
      <w:r>
        <w:t>[ ] Executado com as pendências abaixo, a corrigir até [data]:</w:t>
      </w:r>
    </w:p>
    <w:p>
      <w:r>
        <w:t xml:space="preserve">    - [pendência 1]</w:t>
      </w:r>
    </w:p>
    <w:p>
      <w:r>
        <w:t xml:space="preserve">    - [pendência 2]</w:t>
      </w:r>
    </w:p>
    <w:p/>
    <w:p>
      <w:r>
        <w:t>3. Documentos entregues</w:t>
      </w:r>
    </w:p>
    <w:p>
      <w:r>
        <w:t>[ ] Nota fiscal          [ ] ART / RRT          [ ] Laudo / relatório</w:t>
      </w:r>
    </w:p>
    <w:p>
      <w:r>
        <w:t>[ ] Certificado          [ ] Manuais            [ ] Termo de garantia</w:t>
      </w:r>
    </w:p>
    <w:p>
      <w:r>
        <w:t>[ ] Outros: [descrição]</w:t>
      </w:r>
    </w:p>
    <w:p/>
    <w:p>
      <w:r>
        <w:t>4. Garantia</w:t>
      </w:r>
    </w:p>
    <w:p>
      <w:r>
        <w:t>Prazo de [prazo], contado de [data], cobrindo [o que cobre], conforme</w:t>
      </w:r>
    </w:p>
    <w:p>
      <w:r>
        <w:t>contrato.</w:t>
      </w:r>
    </w:p>
    <w:p/>
    <w:p>
      <w:r>
        <w:t>5. Observações</w:t>
      </w:r>
    </w:p>
    <w:p>
      <w:r>
        <w:t>[Observações]</w:t>
      </w:r>
    </w:p>
    <w:p/>
    <w:p>
      <w:r>
        <w:t>[Cidade], [data]</w:t>
      </w:r>
    </w:p>
    <w:p/>
    <w:p>
      <w:r>
        <w:t>________________________        ________________________</w:t>
      </w:r>
    </w:p>
    <w:p>
      <w:r>
        <w:t>Condomínio                       Contratada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recebimento de serviço ou obra no condomínio</dc:title>
  <dc:subject/>
  <dc:creator>SíndicoAI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